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ותן טל ומטר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אוצר המילים הקשור לתפילת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מילים הקשורות לגשם ולמים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המילים טל, גשם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תרגום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prayer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rain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dew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tap, faucet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cloud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winter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עברית לאנגלית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(prayer)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(rain)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(dew)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(tap, faucet)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(cloud)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(water)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ירידת מים מהשמיים.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טל הוא טיפות מים דקות בבוקר, לא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בקשה לגשם וטל טובים בעונת החורף.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ענן מתורגם ל-cloud, ומים מתורגם ל-water.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 היא מילה קדומה מהמקרא ומהתפילה, נרדפת לגשם, והיא נותנת טון חגיגי לבקשה.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ענן כהה בשמיים בישר שיירד גשם בקרוב.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ישלב נכון לפחות ארבע מילים מהרשימה במשפטים הגיוניים וברורים.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 הוא טיפות דקות בבוקר, גשם הוא ירידת מים חזקה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ענן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המילים ולבקש מהתלמידים לחבר בעצמם לפני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ההגייה הנכונה של כל מילה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תרגיל ההתאמה כמשחק קבוצתי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ותן טל ומטר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בתפילה מבקשים גשם וטל. נלמד מילים בעברית ובאנגלית שקשורות לגשם ולמים.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תְּפִלָּה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או שבח לה׳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דקות שמופיעות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בשמיים שממנו יורד 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שבה יורדים גשמים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מָטָר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נרדפת לגשם, מופיעה במקרא ובתפילה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בֶּרֶז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הכלי שממנו יוצאים מים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הנוזל החיוני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תרגום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'תפילה'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tap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'גשם'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water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'טל'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tap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'ברז'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tap, faucet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water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'ענן'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'חורף'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winter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water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tap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עברית לאנגלית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dew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prayer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cloud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rain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water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tap, faucet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בעונת ה__________ יורדים גשמים רבים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ה-__________ היא מילה מקראית לגשם, המופיעה בתפילת ותן טל ומטר.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בלי __________ אי אפשר לשתות או לשטוף 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כשפותחים את ה__________ בבוקר, יוצאים ממנו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בבוקר קריר אפשר לראות טיפות __________ על הדשא.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'מטר' ו'גשם' הן מילים נרדפות שמשמעותן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'טל' מתארת גשם חזק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התפילה 'ותן טל ומטר' מבקשת גשם וטל לברכה.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'ענן' מתורגמת לאנגלית כ-water.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המילה 'מטר' מיוחדת ומופיעה דווקא בתפילה הזו.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המשתמש במילה 'ענן' ובמילה 'גשם'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המשלבים לפחות ארבע מהמילים שלמדתם (תפילה, גשם, טל, ברז, ענן, מים, חורף, מטר).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המקראית הנרדפת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טל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באנגלית שפירושה 'cloud'.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בעברית ובאנגלית – ותן טל ומטר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