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בעברית ובאנגלית – ותן טל ומטר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אוצר המילים הקשור לתפילת ותן טל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בין עברית לאנגלית מילים הקשורות לגשם ולמים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המילים טל, גשם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תרגום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prayer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rain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tap, faucet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עברית לאנגלית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(prayer)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(rain)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(dew)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(tap, faucet)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טל הוא טיפות מים דקות בבוקר, לא גשם חזק.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בקשה לגשם וטל טובים בעונת החורף.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הבנה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ענן כהה בשמיים בישר שיירד גשם בקרוב.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ישלב נכון לפחות ארבע מילים מהרשימה במשפטים הגיוניים וברורים.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טל הוא טיפות דקות בבוקר, גשם הוא ירידת מים חזקה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ענן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רשימת המילים ולבקש מהתלמידים לחבר בעצמם לפני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ההגייה הנכונה של כל מילה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תרגיל ההתאמה כמשחק קבוצתי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בעברית ובאנגלית – ותן טל ומטר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בתפילת ותן טל ומטר מבקשים מהקב״ה גשם וטל לברכה בעונת החורף. בדף זה נתרגל את אוצר המילים הקשור לתפילה הזו בעברית ובאנגלית.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מים  ·  חורף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תרגום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באנגלית של המילה 'תפילה'?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tap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prayer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rain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באנגלית של המילה 'גשם'?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rain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dew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cloud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המשמעות באנגלית של המילה 'ברז'?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cloud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rain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tap, faucet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בין עברית לאנגלית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dew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prayer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tap, faucet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rain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בעונת ה__________ יורדים גשמים רבים בארץ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בלי __________ אי אפשר לשתות או לשטוף ידיים.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'טל' מתארת גשם חזק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התפילה 'ותן טל ומטר' מבקשת גשם וטל לברכה.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הבנה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המשתמש במילה 'ענן' ובמילה 'גשם' יחד.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קצרים המשלבים לפחות ארבע מהמילים שלמדתם (תפילה, גשם, טל, ברז, ענן, מים, חורף, מטר).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המקראית הנרדפת לגשם?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טל לגשם?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בעברית ובאנגלית – ותן טל ומטר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